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08EF" w14:textId="77777777" w:rsidR="000A1E78" w:rsidRDefault="00134B8B">
      <w:pPr>
        <w:jc w:val="center"/>
      </w:pPr>
      <w:r>
        <w:rPr>
          <w:b/>
          <w:color w:val="1F4E79"/>
          <w:sz w:val="23"/>
        </w:rPr>
        <w:t>CONCORSI PER SOLI TITOLI - GRADUATORIE PERMANENTI ATA</w:t>
      </w:r>
    </w:p>
    <w:p w14:paraId="00CEBFA0" w14:textId="77777777" w:rsidR="000A1E78" w:rsidRDefault="00134B8B">
      <w:pPr>
        <w:spacing w:after="20"/>
        <w:jc w:val="center"/>
      </w:pPr>
      <w:r>
        <w:rPr>
          <w:b/>
          <w:sz w:val="19"/>
        </w:rPr>
        <w:t>di cui all’art. 554 del D.Lgs. 16 aprile 1994, n. 297 - A.S. 2026/2027</w:t>
      </w:r>
    </w:p>
    <w:p w14:paraId="169A07E9" w14:textId="77777777" w:rsidR="000A1E78" w:rsidRDefault="00134B8B">
      <w:pPr>
        <w:spacing w:after="80"/>
        <w:jc w:val="center"/>
      </w:pPr>
      <w:r>
        <w:rPr>
          <w:b/>
          <w:sz w:val="24"/>
        </w:rPr>
        <w:t>RECLAMO AVVERSO ERRORI MATERIALI NELLA GRADUATORIA PROVVISORIA</w:t>
      </w:r>
    </w:p>
    <w:p w14:paraId="2E2E449F" w14:textId="77777777" w:rsidR="000A1E78" w:rsidRDefault="00134B8B">
      <w:pPr>
        <w:spacing w:after="100"/>
        <w:jc w:val="center"/>
      </w:pPr>
      <w:r>
        <w:rPr>
          <w:i/>
          <w:sz w:val="17"/>
        </w:rPr>
        <w:t>Art. 12, comma 1, del bando - Fac-simile non obbligatorio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96"/>
      </w:tblGrid>
      <w:tr w:rsidR="000A1E78" w14:paraId="3C4A3AA5" w14:textId="77777777">
        <w:trPr>
          <w:cantSplit/>
          <w:jc w:val="center"/>
        </w:trPr>
        <w:tc>
          <w:tcPr>
            <w:tcW w:w="10596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EAF2F8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00B57F9" w14:textId="77777777" w:rsidR="000A1E78" w:rsidRDefault="00134B8B" w:rsidP="002A06AA">
            <w:pPr>
              <w:jc w:val="center"/>
            </w:pPr>
            <w:r>
              <w:rPr>
                <w:b/>
                <w:color w:val="1F4E79"/>
                <w:sz w:val="19"/>
              </w:rPr>
              <w:t>ATTENZIONE - AMBITO DEL RECLAMO</w:t>
            </w:r>
          </w:p>
          <w:p w14:paraId="0E3AC33D" w14:textId="77777777" w:rsidR="000A1E78" w:rsidRDefault="00134B8B" w:rsidP="002A06AA">
            <w:pPr>
              <w:spacing w:after="0"/>
              <w:ind w:left="142" w:hanging="113"/>
              <w:jc w:val="both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Il modulo è destinato esclusivamente alla segnalazione di errori materiali riscontrati nella graduatoria provvisoria e deve essere presentato entro 10 giorni dalla sua pubblicazione.</w:t>
            </w:r>
          </w:p>
          <w:p w14:paraId="7F60B9CC" w14:textId="77777777" w:rsidR="000A1E78" w:rsidRDefault="00134B8B" w:rsidP="002A06AA">
            <w:pPr>
              <w:spacing w:after="0"/>
              <w:ind w:left="142" w:hanging="113"/>
              <w:jc w:val="both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Non utilizzare questo modulo contro un provvedimento notificato di inammissibilità, nullità della domanda o esclusione: in tali casi il bando prevede il ricorso in opposizione entro 10 giorni dalla notifica.</w:t>
            </w:r>
          </w:p>
          <w:p w14:paraId="3CC4C19E" w14:textId="77777777" w:rsidR="000A1E78" w:rsidRDefault="00134B8B" w:rsidP="002A06AA">
            <w:pPr>
              <w:spacing w:after="0"/>
              <w:ind w:left="142" w:hanging="113"/>
              <w:jc w:val="both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Il reclamo deve riferirsi a dati, titoli, servizi, preferenze o riserve già dichiarati nella domanda presentata entro il termine. Non è la sede per introdurre nuovi elementi non dichiarati.</w:t>
            </w:r>
          </w:p>
          <w:p w14:paraId="6344A3A3" w14:textId="77777777" w:rsidR="000A1E78" w:rsidRDefault="00134B8B" w:rsidP="002A06AA">
            <w:pPr>
              <w:spacing w:after="0"/>
              <w:ind w:left="142" w:hanging="113"/>
              <w:jc w:val="both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Compilare una scheda distinta per ciascun errore, indicando il dato pubblicato, la rettifica richiesta, il punto della domanda e il preciso riferimento al bando o alla tabella di valutazione.</w:t>
            </w:r>
          </w:p>
          <w:p w14:paraId="5B468ADE" w14:textId="77777777" w:rsidR="000A1E78" w:rsidRPr="002A06AA" w:rsidRDefault="00134B8B" w:rsidP="002A06AA">
            <w:pPr>
              <w:spacing w:after="0"/>
              <w:ind w:left="142"/>
              <w:jc w:val="both"/>
              <w:rPr>
                <w:sz w:val="17"/>
                <w:szCs w:val="17"/>
              </w:rPr>
            </w:pPr>
            <w:r w:rsidRPr="002A06AA">
              <w:rPr>
                <w:rFonts w:eastAsia="Arial"/>
                <w:sz w:val="17"/>
                <w:szCs w:val="17"/>
              </w:rPr>
              <w:t>• Il file è predisposto per la compilazione digitale in Microsoft Word: utilizzare i campi e le caselle selezionabili senza cancellare le istruzioni del modulo.</w:t>
            </w:r>
          </w:p>
        </w:tc>
      </w:tr>
    </w:tbl>
    <w:p w14:paraId="06B8972C" w14:textId="77777777" w:rsidR="000A1E78" w:rsidRDefault="00134B8B">
      <w:pPr>
        <w:spacing w:before="60" w:after="80"/>
        <w:jc w:val="right"/>
      </w:pPr>
      <w:r>
        <w:rPr>
          <w:rFonts w:eastAsia="Arial"/>
          <w:b/>
          <w:sz w:val="19"/>
        </w:rPr>
        <w:t>AL DIRIGENTE DELL’UFFICIO X - AMBITO TERRITORIALE DI RAVENNA</w:t>
      </w:r>
      <w:r>
        <w:rPr>
          <w:rFonts w:eastAsia="Arial"/>
          <w:b/>
          <w:sz w:val="19"/>
        </w:rPr>
        <w:br/>
      </w:r>
      <w:r>
        <w:rPr>
          <w:rFonts w:eastAsia="Arial"/>
        </w:rPr>
        <w:t>Ufficio scolastico regionale per l’Emilia-Romagna</w:t>
      </w:r>
      <w:r>
        <w:rPr>
          <w:rFonts w:eastAsia="Arial"/>
        </w:rPr>
        <w:br/>
      </w:r>
      <w:r>
        <w:rPr>
          <w:rFonts w:eastAsia="Arial"/>
          <w:i/>
        </w:rPr>
        <w:t>All’attenzione della Commissione giudicatrice</w:t>
      </w:r>
    </w:p>
    <w:p w14:paraId="728C348B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1. DATI DEL RECLAMANTE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A1E78" w14:paraId="3848D1C4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C8B63B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Cognome e nome: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CognomeNome"/>
                <w:tag w:val="CognomeNome"/>
                <w:id w:val="1000001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03A11E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Codice fiscale: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CodiceFiscale"/>
                <w:tag w:val="CodiceFiscale"/>
                <w:id w:val="1000002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2E8F758C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42C2F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Luogo di nascita: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LuogoNascita"/>
                <w:tag w:val="LuogoNascita"/>
                <w:id w:val="1000003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FFB11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Data di nascita: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DataNascita"/>
                <w:tag w:val="DataNascita"/>
                <w:id w:val="1000004"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gg/mm/aaaa</w:t>
                </w:r>
              </w:sdtContent>
            </w:sdt>
          </w:p>
        </w:tc>
      </w:tr>
      <w:tr w:rsidR="000A1E78" w14:paraId="047EAF85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D4271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E-mail/PEC: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EmailPEC"/>
                <w:tag w:val="EmailPEC"/>
                <w:id w:val="1000005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AC6F0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Telefono (facoltativo):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Telefono"/>
                <w:tag w:val="Telefono"/>
                <w:id w:val="1000006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6EAA1500" w14:textId="77777777">
        <w:trPr>
          <w:cantSplit/>
          <w:jc w:val="center"/>
        </w:trPr>
        <w:tc>
          <w:tcPr>
            <w:tcW w:w="1020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03BFD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9"/>
              </w:rPr>
              <w:t>Domicilio per comunicazioni: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Domicilio"/>
                <w:tag w:val="Domicilio"/>
                <w:id w:val="1000007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</w:tbl>
    <w:p w14:paraId="0DF494C5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2. DATI DELLA DOMANDA E DELLA GRADUATORIA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0A1E78" w14:paraId="49687F1A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FBEF1A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Tipo di domanda:</w:t>
            </w:r>
            <w:r>
              <w:t xml:space="preserve">  </w:t>
            </w:r>
            <w:sdt>
              <w:sdtPr>
                <w:alias w:val="NuovaInclusione"/>
                <w:tag w:val="NuovaInclusione"/>
                <w:id w:val="100000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nuova inclusione</w:t>
            </w:r>
            <w:r>
              <w:t xml:space="preserve">  </w:t>
            </w:r>
            <w:sdt>
              <w:sdtPr>
                <w:alias w:val="Aggiornamento"/>
                <w:tag w:val="Aggiornamento"/>
                <w:id w:val="100000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aggiornamento</w:t>
            </w:r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0B8B9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Profilo:</w:t>
            </w:r>
            <w:r>
              <w:t xml:space="preserve">  </w:t>
            </w:r>
            <w:sdt>
              <w:sdtPr>
                <w:alias w:val="AA"/>
                <w:tag w:val="AA"/>
                <w:id w:val="100001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AA</w:t>
            </w:r>
            <w:r>
              <w:t xml:space="preserve">  </w:t>
            </w:r>
            <w:sdt>
              <w:sdtPr>
                <w:alias w:val="AT"/>
                <w:tag w:val="AT"/>
                <w:id w:val="100001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AT</w:t>
            </w:r>
            <w:r>
              <w:t xml:space="preserve">  </w:t>
            </w:r>
            <w:sdt>
              <w:sdtPr>
                <w:alias w:val="CS"/>
                <w:tag w:val="CS"/>
                <w:id w:val="100001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CS</w:t>
            </w:r>
            <w:r>
              <w:t xml:space="preserve">  </w:t>
            </w:r>
            <w:sdt>
              <w:sdtPr>
                <w:alias w:val="OSA"/>
                <w:tag w:val="OSA"/>
                <w:id w:val="100001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OSA</w:t>
            </w:r>
          </w:p>
          <w:p w14:paraId="528B69D9" w14:textId="77777777" w:rsidR="000A1E78" w:rsidRDefault="00134B8B">
            <w:pPr>
              <w:spacing w:before="20" w:after="0"/>
            </w:pPr>
            <w:r>
              <w:rPr>
                <w:rFonts w:eastAsia="Arial"/>
                <w:i/>
                <w:color w:val="646464"/>
                <w:sz w:val="14"/>
              </w:rPr>
              <w:t>OSA = Operatore dei servizi agrari (ex addetto alle aziende agrarie)</w:t>
            </w:r>
          </w:p>
        </w:tc>
      </w:tr>
      <w:tr w:rsidR="000A1E78" w14:paraId="39AB1197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E0D70B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Data di inoltro della domanda: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DataInoltro"/>
                <w:tag w:val="DataInoltro"/>
                <w:id w:val="1000014"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gg/mm/aaaa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6AF96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Identificativo/protocollo domanda: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ProtocolloDomanda"/>
                <w:tag w:val="ProtocolloDomanda"/>
                <w:id w:val="1000015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54B444A9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EB0AF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6"/>
              </w:rPr>
              <w:t>Data pubblicazione graduatoria provvisoria: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DataPubblicazione"/>
                <w:tag w:val="DataPubblicazione"/>
                <w:id w:val="1000016"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gg/mm/aaaa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5D19D0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6"/>
              </w:rPr>
              <w:t>Posizione in graduatoria (se presente):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Posizione"/>
                <w:tag w:val="Posizione"/>
                <w:id w:val="1000017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7B9E53DC" w14:textId="77777777">
        <w:trPr>
          <w:cantSplit/>
          <w:jc w:val="center"/>
        </w:trPr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AEA3A" w14:textId="4C6DDC5B" w:rsidR="000A1E78" w:rsidRDefault="00134B8B">
            <w:pPr>
              <w:spacing w:after="0"/>
            </w:pPr>
            <w:proofErr w:type="spellStart"/>
            <w:r>
              <w:rPr>
                <w:rFonts w:eastAsia="Arial"/>
                <w:b/>
                <w:sz w:val="16"/>
              </w:rPr>
              <w:t>Identificativo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candidato</w:t>
            </w:r>
            <w:proofErr w:type="spellEnd"/>
            <w:r>
              <w:rPr>
                <w:rFonts w:eastAsia="Arial"/>
                <w:b/>
                <w:sz w:val="16"/>
              </w:rPr>
              <w:t>/SIDI (</w:t>
            </w:r>
            <w:r w:rsidR="00141A21">
              <w:rPr>
                <w:rFonts w:eastAsia="Arial"/>
                <w:b/>
                <w:sz w:val="16"/>
              </w:rPr>
              <w:t>RA XXXX</w:t>
            </w:r>
            <w:r>
              <w:rPr>
                <w:rFonts w:eastAsia="Arial"/>
                <w:b/>
                <w:sz w:val="16"/>
              </w:rPr>
              <w:t>):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IdentificativoSIDI"/>
                <w:tag w:val="IdentificativoSIDI"/>
                <w:id w:val="1000018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 xml:space="preserve">Fare </w:t>
                </w:r>
                <w:proofErr w:type="spellStart"/>
                <w:r>
                  <w:rPr>
                    <w:rFonts w:eastAsia="Arial"/>
                    <w:i/>
                    <w:color w:val="666666"/>
                  </w:rPr>
                  <w:t>clic</w:t>
                </w:r>
                <w:proofErr w:type="spellEnd"/>
                <w:r>
                  <w:rPr>
                    <w:rFonts w:eastAsia="Arial"/>
                    <w:i/>
                    <w:color w:val="666666"/>
                  </w:rPr>
                  <w:t xml:space="preserve"> qui per compilare</w:t>
                </w:r>
              </w:sdtContent>
            </w:sdt>
          </w:p>
        </w:tc>
        <w:tc>
          <w:tcPr>
            <w:tcW w:w="51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B87CF2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Punteggio totale pubblicato: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PunteggioTotalePubblicato"/>
                <w:tag w:val="PunteggioTotalePubblicato"/>
                <w:id w:val="1000019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2C6D28E9" w14:textId="77777777">
        <w:trPr>
          <w:cantSplit/>
          <w:jc w:val="center"/>
        </w:trPr>
        <w:tc>
          <w:tcPr>
            <w:tcW w:w="1020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41A2F" w14:textId="3A9FBD72" w:rsidR="000A1E78" w:rsidRDefault="00134B8B">
            <w:pPr>
              <w:spacing w:after="0"/>
            </w:pPr>
            <w:r>
              <w:rPr>
                <w:rFonts w:eastAsia="Arial"/>
                <w:b/>
                <w:sz w:val="16"/>
              </w:rPr>
              <w:t>È stato notificato un provvedimento di esclusione/inammissibilità/nullità?</w:t>
            </w:r>
            <w:r>
              <w:t xml:space="preserve">  </w:t>
            </w:r>
            <w:sdt>
              <w:sdtPr>
                <w:alias w:val="ProvvedimentoNo"/>
                <w:tag w:val="ProvvedimentoNo"/>
                <w:id w:val="100002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 w:rsidR="00D064B6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6"/>
              </w:rPr>
              <w:t>NO</w:t>
            </w:r>
            <w:r>
              <w:t xml:space="preserve">  </w:t>
            </w:r>
            <w:sdt>
              <w:sdtPr>
                <w:alias w:val="ProvvedimentoSi"/>
                <w:tag w:val="ProvvedimentoSi"/>
                <w:id w:val="100002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 w:rsidR="00D064B6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6"/>
              </w:rPr>
              <w:t>SÌ</w:t>
            </w:r>
          </w:p>
        </w:tc>
      </w:tr>
      <w:tr w:rsidR="000A1E78" w14:paraId="5E8C93BB" w14:textId="77777777">
        <w:trPr>
          <w:cantSplit/>
          <w:jc w:val="center"/>
        </w:trPr>
        <w:tc>
          <w:tcPr>
            <w:tcW w:w="10204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73015" w14:textId="77777777" w:rsidR="000A1E78" w:rsidRDefault="00134B8B">
            <w:pPr>
              <w:spacing w:after="0"/>
            </w:pPr>
            <w:r>
              <w:rPr>
                <w:rFonts w:eastAsia="Arial"/>
                <w:i/>
                <w:color w:val="C00000"/>
                <w:sz w:val="16"/>
              </w:rPr>
              <w:t>Se SÌ, questo fac-simile non sostituisce il ricorso in opposizione previsto dall’art. 12.1 del bando.</w:t>
            </w:r>
          </w:p>
        </w:tc>
      </w:tr>
    </w:tbl>
    <w:p w14:paraId="520C61BF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3. TIPOLOGIA DELL’ERRORE MATERIALE SEGNALATO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5"/>
      </w:tblGrid>
      <w:tr w:rsidR="000A1E78" w14:paraId="107734FA" w14:textId="77777777">
        <w:trPr>
          <w:cantSplit/>
          <w:jc w:val="center"/>
        </w:trPr>
        <w:tc>
          <w:tcPr>
            <w:tcW w:w="10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0EBD0B" w14:textId="77777777" w:rsidR="000A1E78" w:rsidRDefault="00134B8B" w:rsidP="00EA2F8C">
            <w:pPr>
              <w:spacing w:after="0"/>
            </w:pPr>
            <w:sdt>
              <w:sdtPr>
                <w:alias w:val="OmissioneNominativo"/>
                <w:tag w:val="OmissioneNominativo"/>
                <w:id w:val="100002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omissione del nominativo dalla graduatoria provvisoria, in assenza di un provvedimento notificato di esclusione/inammissibilità/nullità</w:t>
            </w:r>
          </w:p>
        </w:tc>
      </w:tr>
      <w:tr w:rsidR="000A1E78" w14:paraId="2AC29D30" w14:textId="77777777">
        <w:trPr>
          <w:cantSplit/>
          <w:jc w:val="center"/>
        </w:trPr>
        <w:tc>
          <w:tcPr>
            <w:tcW w:w="10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81677" w14:textId="77777777" w:rsidR="000A1E78" w:rsidRDefault="00134B8B">
            <w:pPr>
              <w:spacing w:after="0"/>
            </w:pPr>
            <w:sdt>
              <w:sdtPr>
                <w:alias w:val="PunteggioPregresso"/>
                <w:tag w:val="PunteggioPregresso"/>
                <w:id w:val="100002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punteggio pregresso</w:t>
            </w:r>
            <w:r>
              <w:t xml:space="preserve">   </w:t>
            </w:r>
            <w:sdt>
              <w:sdtPr>
                <w:alias w:val="TitoloAccessoCulturale"/>
                <w:tag w:val="TitoloAccessoCulturale"/>
                <w:id w:val="100002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titolo di accesso/culturale</w:t>
            </w:r>
            <w:r>
              <w:t xml:space="preserve">   </w:t>
            </w:r>
            <w:sdt>
              <w:sdtPr>
                <w:alias w:val="ServizioSpecifico"/>
                <w:tag w:val="ServizioSpecifico"/>
                <w:id w:val="1000025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servizio specifico</w:t>
            </w:r>
            <w:r>
              <w:t xml:space="preserve">   </w:t>
            </w:r>
            <w:sdt>
              <w:sdtPr>
                <w:alias w:val="AltroServizio"/>
                <w:tag w:val="AltroServizio"/>
                <w:id w:val="100002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altro servizio</w:t>
            </w:r>
          </w:p>
        </w:tc>
      </w:tr>
      <w:tr w:rsidR="000A1E78" w14:paraId="4A930930" w14:textId="77777777">
        <w:trPr>
          <w:cantSplit/>
          <w:jc w:val="center"/>
        </w:trPr>
        <w:tc>
          <w:tcPr>
            <w:tcW w:w="10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4F8A2" w14:textId="77777777" w:rsidR="000A1E78" w:rsidRDefault="00134B8B">
            <w:pPr>
              <w:spacing w:after="0"/>
            </w:pPr>
            <w:sdt>
              <w:sdtPr>
                <w:alias w:val="Preferenza"/>
                <w:tag w:val="Preferenza"/>
                <w:id w:val="100002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preferenza</w:t>
            </w:r>
            <w:r>
              <w:t xml:space="preserve">   </w:t>
            </w:r>
            <w:sdt>
              <w:sdtPr>
                <w:alias w:val="Riserva"/>
                <w:tag w:val="Riserva"/>
                <w:id w:val="100002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riserva</w:t>
            </w:r>
            <w:r>
              <w:t xml:space="preserve">   </w:t>
            </w:r>
            <w:sdt>
              <w:sdtPr>
                <w:alias w:val="Precedenza"/>
                <w:tag w:val="Precedenza"/>
                <w:id w:val="100002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precedenza</w:t>
            </w:r>
            <w:r>
              <w:t xml:space="preserve">   </w:t>
            </w:r>
            <w:sdt>
              <w:sdtPr>
                <w:alias w:val="AreaLaboratorio"/>
                <w:tag w:val="AreaLaboratorio"/>
                <w:id w:val="100003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area di laboratorio (solo AT)</w:t>
            </w:r>
          </w:p>
        </w:tc>
      </w:tr>
      <w:tr w:rsidR="000A1E78" w14:paraId="3AF37E2B" w14:textId="77777777">
        <w:trPr>
          <w:cantSplit/>
          <w:jc w:val="center"/>
        </w:trPr>
        <w:tc>
          <w:tcPr>
            <w:tcW w:w="102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441F8" w14:textId="77777777" w:rsidR="000A1E78" w:rsidRDefault="00134B8B">
            <w:pPr>
              <w:spacing w:after="0"/>
            </w:pPr>
            <w:sdt>
              <w:sdtPr>
                <w:alias w:val="RinunciaSupplenze"/>
                <w:tag w:val="RinunciaSupplenze"/>
                <w:id w:val="100003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rinuncia alle supplenze</w:t>
            </w:r>
            <w:r>
              <w:t xml:space="preserve">   </w:t>
            </w:r>
            <w:sdt>
              <w:sdtPr>
                <w:alias w:val="PatenteRequisito"/>
                <w:tag w:val="PatenteRequisito"/>
                <w:id w:val="100003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patente/requisito specifico</w:t>
            </w:r>
            <w:r>
              <w:t xml:space="preserve">   </w:t>
            </w:r>
            <w:sdt>
              <w:sdtPr>
                <w:alias w:val="DatoAnagrafico"/>
                <w:tag w:val="DatoAnagrafico"/>
                <w:id w:val="1000033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dato anagrafico o identificativo</w:t>
            </w:r>
            <w:r>
              <w:t xml:space="preserve">   </w:t>
            </w:r>
            <w:sdt>
              <w:sdtPr>
                <w:alias w:val="AltroDato"/>
                <w:tag w:val="AltroDato"/>
                <w:id w:val="100003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EndPr/>
              <w:sdtContent>
                <w:r>
                  <w:rPr>
                    <w:rFonts w:ascii="Segoe UI Symbol" w:eastAsia="Segoe UI Symbol" w:hAnsi="Segoe UI Symbol"/>
                    <w:sz w:val="19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eastAsia="Arial"/>
                <w:sz w:val="17"/>
              </w:rPr>
              <w:t>altro dato della graduatoria</w:t>
            </w:r>
          </w:p>
        </w:tc>
      </w:tr>
    </w:tbl>
    <w:p w14:paraId="2A3BFE81" w14:textId="77777777" w:rsidR="000A1E78" w:rsidRDefault="00134B8B">
      <w:pPr>
        <w:spacing w:before="80" w:after="0"/>
      </w:pPr>
      <w:r>
        <w:rPr>
          <w:b/>
          <w:color w:val="1F4E79"/>
          <w:sz w:val="17"/>
        </w:rPr>
        <w:t>Per ogni errore compilare la “Scheda analitica” della pagina seguente. In caso di più errori, duplicare la pagina 2.</w:t>
      </w:r>
    </w:p>
    <w:p w14:paraId="5A9F6E42" w14:textId="77777777" w:rsidR="000A1E78" w:rsidRDefault="00134B8B">
      <w:r>
        <w:br w:type="page"/>
      </w:r>
    </w:p>
    <w:p w14:paraId="3155BA30" w14:textId="77777777" w:rsidR="000A1E78" w:rsidRDefault="00134B8B">
      <w:pPr>
        <w:spacing w:after="80"/>
        <w:jc w:val="center"/>
      </w:pPr>
      <w:r>
        <w:rPr>
          <w:b/>
          <w:color w:val="1F4E79"/>
          <w:sz w:val="23"/>
        </w:rPr>
        <w:lastRenderedPageBreak/>
        <w:t>SCHEDA ANALITICA DEL SINGOLO ERRORE MATERIALE</w:t>
      </w:r>
    </w:p>
    <w:p w14:paraId="40D47F9B" w14:textId="77777777" w:rsidR="000A1E78" w:rsidRDefault="00134B8B">
      <w:pPr>
        <w:spacing w:after="100"/>
        <w:jc w:val="center"/>
      </w:pPr>
      <w:r>
        <w:rPr>
          <w:rFonts w:eastAsia="Arial"/>
          <w:i/>
          <w:sz w:val="19"/>
        </w:rPr>
        <w:t xml:space="preserve">Scheda n. </w:t>
      </w:r>
      <w:sdt>
        <w:sdtPr>
          <w:rPr>
            <w:rFonts w:eastAsia="Arial"/>
            <w:sz w:val="19"/>
            <w:szCs w:val="19"/>
          </w:rPr>
          <w:alias w:val="NumeroScheda"/>
          <w:tag w:val="NumeroScheda"/>
          <w:id w:val="1000035"/>
          <w:text/>
        </w:sdtPr>
        <w:sdtEndPr/>
        <w:sdtContent>
          <w:r>
            <w:rPr>
              <w:rFonts w:eastAsia="Arial"/>
              <w:i/>
              <w:color w:val="666666"/>
            </w:rPr>
            <w:t>Fare clic qui per compilare</w:t>
          </w:r>
        </w:sdtContent>
      </w:sdt>
      <w:r>
        <w:rPr>
          <w:rFonts w:eastAsia="Arial"/>
          <w:i/>
          <w:sz w:val="19"/>
        </w:rPr>
        <w:t xml:space="preserve">  -  compilare una scheda per ogni errore contestato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7880"/>
      </w:tblGrid>
      <w:tr w:rsidR="000A1E78" w14:paraId="4CC3208A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031AE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Voce contestata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EA7EA" w14:textId="3672AB32" w:rsidR="000A1E78" w:rsidRDefault="00134B8B">
            <w:proofErr w:type="spellStart"/>
            <w:r>
              <w:rPr>
                <w:rFonts w:eastAsia="Arial"/>
                <w:i/>
                <w:color w:val="646464"/>
                <w:sz w:val="16"/>
              </w:rPr>
              <w:t>Indicare</w:t>
            </w:r>
            <w:proofErr w:type="spellEnd"/>
            <w:r>
              <w:rPr>
                <w:rFonts w:eastAsia="Arial"/>
                <w:i/>
                <w:color w:val="646464"/>
                <w:sz w:val="16"/>
              </w:rPr>
              <w:t xml:space="preserve"> la </w:t>
            </w:r>
            <w:proofErr w:type="spellStart"/>
            <w:r>
              <w:rPr>
                <w:rFonts w:eastAsia="Arial"/>
                <w:i/>
                <w:color w:val="646464"/>
                <w:sz w:val="16"/>
              </w:rPr>
              <w:t>categoria</w:t>
            </w:r>
            <w:proofErr w:type="spellEnd"/>
            <w:r>
              <w:rPr>
                <w:rFonts w:eastAsia="Arial"/>
                <w:i/>
                <w:color w:val="646464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i/>
                <w:color w:val="646464"/>
                <w:sz w:val="16"/>
              </w:rPr>
              <w:t>selezionata</w:t>
            </w:r>
            <w:proofErr w:type="spellEnd"/>
            <w:r>
              <w:rPr>
                <w:rFonts w:eastAsia="Arial"/>
                <w:i/>
                <w:color w:val="646464"/>
                <w:sz w:val="16"/>
              </w:rPr>
              <w:t xml:space="preserve"> a pagina 1 e descrivere con precisione il titolo, il servizio, la preferenza, la riserva o il dato oggetto di reclamo.</w:t>
            </w:r>
          </w:p>
          <w:p w14:paraId="10ACB5B2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VoceContestata"/>
                <w:tag w:val="VoceContestata"/>
                <w:id w:val="1000036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2F73FE02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C434C8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Elemento già dichiarato nella domanda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9D704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Riportare esattamente quanto dichiarato. Per i servizi: profilo/qualifica, istituzione o amministrazione, data iniziale e finale. Per i titoli: denominazione, ente, data di conseguimento e voto, se rilevante.</w:t>
            </w:r>
          </w:p>
          <w:p w14:paraId="2E2A7FC2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ElementoDichiarato"/>
                <w:tag w:val="ElementoDichiarato"/>
                <w:id w:val="1000037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3FBC1097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E465FA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Collocazione nella domanda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8D3BA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Indicare sezione, pagina, riga o voce della domanda inoltrata nella quale l’elemento è stato dichiarato.</w:t>
            </w:r>
          </w:p>
          <w:p w14:paraId="614F7157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CollocazioneDomanda"/>
                <w:tag w:val="CollocazioneDomanda"/>
                <w:id w:val="1000038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594A6311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53F9B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Dato/punteggio pubblicato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F5F37B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Indicare il dato, il codice o il punteggio risultante dalla graduatoria provvisoria.</w:t>
            </w:r>
          </w:p>
          <w:p w14:paraId="758A64D0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DatoPubblicato"/>
                <w:tag w:val="DatoPubblicato"/>
                <w:id w:val="1000039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4F6C4363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76569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Rettifica richiesta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A25A5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Indicare il dato, il codice o il punteggio ritenuto corretto e l’eventuale differenza richiesta.</w:t>
            </w:r>
          </w:p>
          <w:p w14:paraId="57D2DCC5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RettificaRichiesta"/>
                <w:tag w:val="RettificaRichiesta"/>
                <w:id w:val="1000040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25DAB220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2144B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Riferimento normativo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1473A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Indicare articolo del bando, allegato e punto preciso della tabella di valutazione o della disciplina su preferenze/riserve.</w:t>
            </w:r>
          </w:p>
          <w:p w14:paraId="24066EF0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RiferimentoNormativo"/>
                <w:tag w:val="RiferimentoNormativo"/>
                <w:id w:val="1000041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6119E476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F02D4C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Calcolo e motivazione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694E1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Esporre in modo sintetico i fatti e il calcolo. Non sono sufficienti formule generiche come “manca punteggio”, “servizio non valutato” o “graduatoria errata”.</w:t>
            </w:r>
          </w:p>
          <w:p w14:paraId="458A2E2A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CalcoloMotivazione"/>
                <w:tag w:val="CalcoloMotivazione"/>
                <w:id w:val="1000042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51C0664E" w14:textId="77777777">
        <w:trPr>
          <w:cantSplit/>
          <w:jc w:val="center"/>
        </w:trPr>
        <w:tc>
          <w:tcPr>
            <w:tcW w:w="232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5E6F97" w14:textId="77777777" w:rsidR="000A1E78" w:rsidRDefault="00134B8B">
            <w:pPr>
              <w:spacing w:after="0"/>
            </w:pPr>
            <w:r>
              <w:rPr>
                <w:b/>
                <w:color w:val="1F4E79"/>
                <w:sz w:val="17"/>
              </w:rPr>
              <w:t>Allegati richiamati</w:t>
            </w:r>
          </w:p>
        </w:tc>
        <w:tc>
          <w:tcPr>
            <w:tcW w:w="78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BBCD5" w14:textId="77777777" w:rsidR="000A1E78" w:rsidRDefault="00134B8B">
            <w:r>
              <w:rPr>
                <w:rFonts w:eastAsia="Arial"/>
                <w:i/>
                <w:color w:val="646464"/>
                <w:sz w:val="16"/>
              </w:rPr>
              <w:t>Indicare il numero degli allegati che consentono di individuare e verificare quanto già dichiarato nella domanda.</w:t>
            </w:r>
          </w:p>
          <w:p w14:paraId="4CB8346F" w14:textId="77777777" w:rsidR="000A1E78" w:rsidRDefault="00134B8B">
            <w:pPr>
              <w:spacing w:before="20" w:after="0"/>
            </w:pPr>
            <w:sdt>
              <w:sdtPr>
                <w:rPr>
                  <w:rFonts w:eastAsia="Arial"/>
                  <w:sz w:val="19"/>
                  <w:szCs w:val="19"/>
                </w:rPr>
                <w:alias w:val="AllegatiRichiamati"/>
                <w:tag w:val="AllegatiRichiamati"/>
                <w:id w:val="1000043"/>
                <w:text w:multiLine="1"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</w:tbl>
    <w:p w14:paraId="5D21B253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4. RIEPILOGO DEL PUNTEGGIO RICHIESTO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2381"/>
        <w:gridCol w:w="2381"/>
        <w:gridCol w:w="2381"/>
      </w:tblGrid>
      <w:tr w:rsidR="000A1E78" w14:paraId="2CC303E0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2FAE2" w14:textId="77777777" w:rsidR="000A1E78" w:rsidRDefault="00134B8B">
            <w:pPr>
              <w:spacing w:after="0"/>
              <w:jc w:val="center"/>
            </w:pPr>
            <w:r>
              <w:rPr>
                <w:b/>
                <w:color w:val="1F4E79"/>
                <w:sz w:val="16"/>
              </w:rPr>
              <w:t>Voce</w:t>
            </w:r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F9D0D" w14:textId="77777777" w:rsidR="000A1E78" w:rsidRDefault="00134B8B">
            <w:pPr>
              <w:spacing w:after="0"/>
              <w:jc w:val="center"/>
            </w:pPr>
            <w:r>
              <w:rPr>
                <w:b/>
                <w:color w:val="1F4E79"/>
                <w:sz w:val="16"/>
              </w:rPr>
              <w:t>Punteggio pubblicato</w:t>
            </w:r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8B364" w14:textId="77777777" w:rsidR="000A1E78" w:rsidRDefault="00134B8B">
            <w:pPr>
              <w:spacing w:after="0"/>
              <w:jc w:val="center"/>
            </w:pPr>
            <w:r>
              <w:rPr>
                <w:b/>
                <w:color w:val="1F4E79"/>
                <w:sz w:val="16"/>
              </w:rPr>
              <w:t>Punteggio richiesto</w:t>
            </w:r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701F6" w14:textId="77777777" w:rsidR="000A1E78" w:rsidRDefault="00134B8B">
            <w:pPr>
              <w:spacing w:after="0"/>
              <w:jc w:val="center"/>
            </w:pPr>
            <w:r>
              <w:rPr>
                <w:b/>
                <w:color w:val="1F4E79"/>
                <w:sz w:val="16"/>
              </w:rPr>
              <w:t>Differenza</w:t>
            </w:r>
          </w:p>
        </w:tc>
      </w:tr>
      <w:tr w:rsidR="000A1E78" w14:paraId="1ABD9C8B" w14:textId="77777777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8631E" w14:textId="77777777" w:rsidR="000A1E78" w:rsidRDefault="00134B8B">
            <w:pPr>
              <w:spacing w:before="80" w:after="80"/>
              <w:jc w:val="center"/>
            </w:pPr>
            <w:sdt>
              <w:sdtPr>
                <w:rPr>
                  <w:rFonts w:eastAsia="Arial"/>
                  <w:sz w:val="19"/>
                  <w:szCs w:val="19"/>
                </w:rPr>
                <w:alias w:val="VoceRiepilogo"/>
                <w:tag w:val="VoceRiepilogo"/>
                <w:id w:val="1000044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F5F53" w14:textId="77777777" w:rsidR="000A1E78" w:rsidRDefault="00134B8B">
            <w:pPr>
              <w:spacing w:before="80" w:after="80"/>
              <w:jc w:val="center"/>
            </w:pPr>
            <w:sdt>
              <w:sdtPr>
                <w:rPr>
                  <w:rFonts w:eastAsia="Arial"/>
                  <w:sz w:val="19"/>
                  <w:szCs w:val="19"/>
                </w:rPr>
                <w:alias w:val="PunteggioPubblicatoRiga"/>
                <w:tag w:val="PunteggioPubblicatoRiga"/>
                <w:id w:val="1000045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8BC6E" w14:textId="77777777" w:rsidR="000A1E78" w:rsidRDefault="00134B8B">
            <w:pPr>
              <w:spacing w:before="80" w:after="80"/>
              <w:jc w:val="center"/>
            </w:pPr>
            <w:sdt>
              <w:sdtPr>
                <w:rPr>
                  <w:rFonts w:eastAsia="Arial"/>
                  <w:sz w:val="19"/>
                  <w:szCs w:val="19"/>
                </w:rPr>
                <w:alias w:val="PunteggioRichiestoRiga"/>
                <w:tag w:val="PunteggioRichiestoRiga"/>
                <w:id w:val="1000046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23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1BA87" w14:textId="77777777" w:rsidR="000A1E78" w:rsidRDefault="00134B8B">
            <w:pPr>
              <w:spacing w:before="80" w:after="80"/>
              <w:jc w:val="center"/>
            </w:pPr>
            <w:sdt>
              <w:sdtPr>
                <w:rPr>
                  <w:rFonts w:eastAsia="Arial"/>
                  <w:sz w:val="19"/>
                  <w:szCs w:val="19"/>
                </w:rPr>
                <w:alias w:val="DifferenzaRiga"/>
                <w:tag w:val="DifferenzaRiga"/>
                <w:id w:val="1000047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</w:tbl>
    <w:p w14:paraId="772B4F9E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5. RICHIESTA CONCLUSIVA</w:t>
      </w:r>
    </w:p>
    <w:p w14:paraId="539A5968" w14:textId="77777777" w:rsidR="000A1E78" w:rsidRDefault="00134B8B">
      <w:pPr>
        <w:spacing w:after="20"/>
      </w:pPr>
      <w:r>
        <w:rPr>
          <w:sz w:val="17"/>
        </w:rPr>
        <w:t>Il/La sottoscritto/a CHIEDE la correzione dell’errore materiale sopra descritto e la conseguente rettifica del punteggio complessivo, degli eventuali titoli di preferenza/riserva/precedenza e della posizione in graduatoria.</w:t>
      </w:r>
    </w:p>
    <w:p w14:paraId="6364D21B" w14:textId="77777777" w:rsidR="000A1E78" w:rsidRDefault="00134B8B">
      <w:pPr>
        <w:spacing w:after="20"/>
      </w:pPr>
      <w:r>
        <w:rPr>
          <w:rFonts w:eastAsia="Arial"/>
          <w:b/>
        </w:rPr>
        <w:t xml:space="preserve">Punteggio complessivo pubblicato: </w:t>
      </w:r>
      <w:sdt>
        <w:sdtPr>
          <w:rPr>
            <w:rFonts w:eastAsia="Arial"/>
            <w:sz w:val="19"/>
            <w:szCs w:val="19"/>
          </w:rPr>
          <w:alias w:val="PunteggioComplessivoPubblicato"/>
          <w:tag w:val="PunteggioComplessivoPubblicato"/>
          <w:id w:val="1000048"/>
          <w:text/>
        </w:sdtPr>
        <w:sdtEndPr/>
        <w:sdtContent>
          <w:r>
            <w:rPr>
              <w:rFonts w:eastAsia="Arial"/>
              <w:i/>
              <w:color w:val="666666"/>
            </w:rPr>
            <w:t>Fare clic qui per compilare</w:t>
          </w:r>
        </w:sdtContent>
      </w:sdt>
      <w:r>
        <w:rPr>
          <w:rFonts w:eastAsia="Arial"/>
          <w:b/>
        </w:rPr>
        <w:t xml:space="preserve">    Punteggio complessivo richiesto: </w:t>
      </w:r>
      <w:sdt>
        <w:sdtPr>
          <w:rPr>
            <w:rFonts w:eastAsia="Arial"/>
            <w:sz w:val="19"/>
            <w:szCs w:val="19"/>
          </w:rPr>
          <w:alias w:val="PunteggioComplessivoRichiesto"/>
          <w:tag w:val="PunteggioComplessivoRichiesto"/>
          <w:id w:val="1000049"/>
          <w:text/>
        </w:sdtPr>
        <w:sdtEndPr/>
        <w:sdtContent>
          <w:r>
            <w:rPr>
              <w:rFonts w:eastAsia="Arial"/>
              <w:i/>
              <w:color w:val="666666"/>
            </w:rPr>
            <w:t>Fare clic qui per compilare</w:t>
          </w:r>
        </w:sdtContent>
      </w:sdt>
    </w:p>
    <w:p w14:paraId="2DDD4228" w14:textId="77777777" w:rsidR="000A1E78" w:rsidRDefault="00134B8B">
      <w:pPr>
        <w:keepNext/>
        <w:pBdr>
          <w:bottom w:val="single" w:sz="8" w:space="1" w:color="1F4E79"/>
        </w:pBdr>
        <w:spacing w:before="100" w:after="60"/>
      </w:pPr>
      <w:r>
        <w:rPr>
          <w:b/>
          <w:color w:val="1F4E79"/>
          <w:sz w:val="19"/>
        </w:rPr>
        <w:t>6. DICHIARAZIONI E ALLEGATI</w:t>
      </w:r>
    </w:p>
    <w:p w14:paraId="1C3FC509" w14:textId="77777777" w:rsidR="000A1E78" w:rsidRDefault="00134B8B">
      <w:pPr>
        <w:spacing w:after="20"/>
      </w:pPr>
      <w:r>
        <w:rPr>
          <w:sz w:val="16"/>
        </w:rPr>
        <w:t xml:space="preserve">Il/La </w:t>
      </w:r>
      <w:proofErr w:type="spellStart"/>
      <w:r>
        <w:rPr>
          <w:sz w:val="16"/>
        </w:rPr>
        <w:t>sottoscritto</w:t>
      </w:r>
      <w:proofErr w:type="spellEnd"/>
      <w:r>
        <w:rPr>
          <w:sz w:val="16"/>
        </w:rPr>
        <w:t xml:space="preserve">/a </w:t>
      </w:r>
      <w:proofErr w:type="spellStart"/>
      <w:r>
        <w:rPr>
          <w:sz w:val="16"/>
        </w:rPr>
        <w:t>dichiara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che</w:t>
      </w:r>
      <w:proofErr w:type="spellEnd"/>
      <w:r>
        <w:rPr>
          <w:sz w:val="16"/>
        </w:rPr>
        <w:t xml:space="preserve"> il reclamo riguarda esclusivamente elementi già dichiarati nella domanda presentata entro il termine e che gli allegati sono prodotti per agevolarne l’individuazione e la verifica, senza introdurre nuovi titoli, servizi o diritti.</w:t>
      </w:r>
    </w:p>
    <w:p w14:paraId="5576AF34" w14:textId="77777777" w:rsidR="000A1E78" w:rsidRDefault="00134B8B">
      <w:pPr>
        <w:spacing w:after="20"/>
      </w:pPr>
      <w:proofErr w:type="spellStart"/>
      <w:r>
        <w:rPr>
          <w:b/>
          <w:sz w:val="16"/>
        </w:rPr>
        <w:t>Allegati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consigliati</w:t>
      </w:r>
      <w:proofErr w:type="spellEnd"/>
      <w:r>
        <w:rPr>
          <w:b/>
          <w:sz w:val="16"/>
        </w:rPr>
        <w:t xml:space="preserve">: </w:t>
      </w:r>
      <w:r>
        <w:rPr>
          <w:sz w:val="16"/>
        </w:rPr>
        <w:t xml:space="preserve">1) </w:t>
      </w:r>
      <w:proofErr w:type="spellStart"/>
      <w:r>
        <w:rPr>
          <w:sz w:val="16"/>
        </w:rPr>
        <w:t>copia</w:t>
      </w:r>
      <w:proofErr w:type="spellEnd"/>
      <w:r>
        <w:rPr>
          <w:sz w:val="16"/>
        </w:rPr>
        <w:t xml:space="preserve"> della domanda inoltrata; 2) estratto della domanda con evidenza della voce contestata; 3) prospetto di calcolo; 4) documentazione già prodotta o utile alla verifica; 5) documento di identità, ove necessario.</w:t>
      </w:r>
    </w:p>
    <w:p w14:paraId="452C3BED" w14:textId="77777777" w:rsidR="000A1E78" w:rsidRDefault="00134B8B">
      <w:pPr>
        <w:spacing w:after="0"/>
      </w:pPr>
      <w:r>
        <w:rPr>
          <w:rFonts w:eastAsia="Arial"/>
        </w:rPr>
        <w:t xml:space="preserve">1. </w:t>
      </w:r>
      <w:sdt>
        <w:sdtPr>
          <w:rPr>
            <w:rFonts w:eastAsia="Arial"/>
            <w:sz w:val="19"/>
            <w:szCs w:val="19"/>
          </w:rPr>
          <w:alias w:val="Allegato1"/>
          <w:tag w:val="Allegato1"/>
          <w:id w:val="1000050"/>
          <w:text w:multiLine="1"/>
        </w:sdtPr>
        <w:sdtEndPr/>
        <w:sdtContent>
          <w:r>
            <w:rPr>
              <w:rFonts w:eastAsia="Arial"/>
              <w:i/>
              <w:color w:val="666666"/>
            </w:rPr>
            <w:t>Fare clic qui per compilare</w:t>
          </w:r>
        </w:sdtContent>
      </w:sdt>
    </w:p>
    <w:p w14:paraId="4D03CB5D" w14:textId="25B2D123" w:rsidR="000A1E78" w:rsidRDefault="00134B8B">
      <w:pPr>
        <w:spacing w:after="20"/>
      </w:pPr>
      <w:r>
        <w:rPr>
          <w:rFonts w:eastAsia="Arial"/>
        </w:rPr>
        <w:t xml:space="preserve">2. </w:t>
      </w:r>
      <w:sdt>
        <w:sdtPr>
          <w:rPr>
            <w:rFonts w:eastAsia="Arial"/>
            <w:sz w:val="19"/>
            <w:szCs w:val="19"/>
          </w:rPr>
          <w:alias w:val="Allegato2"/>
          <w:tag w:val="Allegato2"/>
          <w:id w:val="1000051"/>
          <w:text w:multiLine="1"/>
        </w:sdtPr>
        <w:sdtEndPr/>
        <w:sdtContent>
          <w:r>
            <w:rPr>
              <w:rFonts w:eastAsia="Arial"/>
              <w:i/>
              <w:color w:val="666666"/>
            </w:rPr>
            <w:t xml:space="preserve">Fare </w:t>
          </w:r>
          <w:proofErr w:type="spellStart"/>
          <w:r>
            <w:rPr>
              <w:rFonts w:eastAsia="Arial"/>
              <w:i/>
              <w:color w:val="666666"/>
            </w:rPr>
            <w:t>clic</w:t>
          </w:r>
          <w:proofErr w:type="spellEnd"/>
          <w:r>
            <w:rPr>
              <w:rFonts w:eastAsia="Arial"/>
              <w:i/>
              <w:color w:val="666666"/>
            </w:rPr>
            <w:t xml:space="preserve"> qui per </w:t>
          </w:r>
          <w:proofErr w:type="spellStart"/>
          <w:r>
            <w:rPr>
              <w:rFonts w:eastAsia="Arial"/>
              <w:i/>
              <w:color w:val="666666"/>
            </w:rPr>
            <w:t>compilare</w:t>
          </w:r>
          <w:proofErr w:type="spellEnd"/>
        </w:sdtContent>
      </w:sdt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0A1E78" w14:paraId="33E92808" w14:textId="77777777">
        <w:trPr>
          <w:cantSplit/>
          <w:jc w:val="center"/>
        </w:trPr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00" w:type="dxa"/>
              <w:bottom w:w="80" w:type="dxa"/>
              <w:right w:w="100" w:type="dxa"/>
            </w:tcMar>
            <w:vAlign w:val="center"/>
          </w:tcPr>
          <w:p w14:paraId="259D8794" w14:textId="77777777" w:rsidR="000A1E78" w:rsidRDefault="00134B8B">
            <w:pPr>
              <w:spacing w:after="0"/>
            </w:pPr>
            <w:r>
              <w:rPr>
                <w:rFonts w:eastAsia="Arial"/>
                <w:b/>
              </w:rPr>
              <w:t>Luogo e data: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LuogoDataFirma"/>
                <w:tag w:val="LuogoDataFirma"/>
                <w:id w:val="1000052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00" w:type="dxa"/>
              <w:bottom w:w="80" w:type="dxa"/>
              <w:right w:w="100" w:type="dxa"/>
            </w:tcMar>
            <w:vAlign w:val="center"/>
          </w:tcPr>
          <w:p w14:paraId="2766F59C" w14:textId="77777777" w:rsidR="000A1E78" w:rsidRDefault="00134B8B">
            <w:pPr>
              <w:spacing w:after="0"/>
            </w:pPr>
            <w:r>
              <w:rPr>
                <w:rFonts w:eastAsia="Arial"/>
                <w:b/>
              </w:rPr>
              <w:t>Firma (autografa o digitale):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Firma"/>
                <w:tag w:val="Firma"/>
                <w:id w:val="1000053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</w:tr>
      <w:tr w:rsidR="000A1E78" w14:paraId="67B14870" w14:textId="77777777">
        <w:trPr>
          <w:cantSplit/>
          <w:jc w:val="center"/>
        </w:trPr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00" w:type="dxa"/>
              <w:bottom w:w="80" w:type="dxa"/>
              <w:right w:w="100" w:type="dxa"/>
            </w:tcMar>
            <w:vAlign w:val="center"/>
          </w:tcPr>
          <w:p w14:paraId="12B183E4" w14:textId="77777777" w:rsidR="000A1E78" w:rsidRDefault="00134B8B">
            <w:pPr>
              <w:spacing w:after="0"/>
            </w:pPr>
            <w:r>
              <w:rPr>
                <w:rFonts w:eastAsia="Arial"/>
                <w:b/>
                <w:sz w:val="17"/>
              </w:rPr>
              <w:t>Modalità di trasmissione: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ModalitaTrasmissione"/>
                <w:tag w:val="ModalitaTrasmissione"/>
                <w:id w:val="1000054"/>
                <w:text/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Fare clic qui per compilare</w:t>
                </w:r>
              </w:sdtContent>
            </w:sdt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00" w:type="dxa"/>
              <w:bottom w:w="80" w:type="dxa"/>
              <w:right w:w="100" w:type="dxa"/>
            </w:tcMar>
            <w:vAlign w:val="center"/>
          </w:tcPr>
          <w:p w14:paraId="3F1D7228" w14:textId="77777777" w:rsidR="000A1E78" w:rsidRDefault="00134B8B">
            <w:pPr>
              <w:spacing w:after="0"/>
            </w:pPr>
            <w:r>
              <w:rPr>
                <w:rFonts w:eastAsia="Arial"/>
                <w:b/>
              </w:rPr>
              <w:t>Data di invio:</w:t>
            </w:r>
            <w:r>
              <w:t xml:space="preserve"> </w:t>
            </w:r>
            <w:sdt>
              <w:sdtPr>
                <w:rPr>
                  <w:rFonts w:eastAsia="Arial"/>
                  <w:sz w:val="19"/>
                  <w:szCs w:val="19"/>
                </w:rPr>
                <w:alias w:val="DataInvio"/>
                <w:tag w:val="DataInvio"/>
                <w:id w:val="1000055"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="Arial"/>
                    <w:i/>
                    <w:color w:val="666666"/>
                  </w:rPr>
                  <w:t>gg/mm/aaaa</w:t>
                </w:r>
              </w:sdtContent>
            </w:sdt>
          </w:p>
        </w:tc>
      </w:tr>
    </w:tbl>
    <w:p w14:paraId="1734DDB6" w14:textId="77777777" w:rsidR="00333F51" w:rsidRDefault="00333F51"/>
    <w:sectPr w:rsidR="00333F51">
      <w:footerReference w:type="default" r:id="rId7"/>
      <w:pgSz w:w="12240" w:h="15840"/>
      <w:pgMar w:top="709" w:right="822" w:bottom="709" w:left="822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72135" w14:textId="77777777" w:rsidR="00134B8B" w:rsidRDefault="00134B8B">
      <w:pPr>
        <w:spacing w:after="0"/>
      </w:pPr>
      <w:r>
        <w:separator/>
      </w:r>
    </w:p>
  </w:endnote>
  <w:endnote w:type="continuationSeparator" w:id="0">
    <w:p w14:paraId="145AB845" w14:textId="77777777" w:rsidR="00134B8B" w:rsidRDefault="00134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D2FB" w14:textId="77777777" w:rsidR="000A1E78" w:rsidRDefault="00134B8B">
    <w:pPr>
      <w:pStyle w:val="Pidipagina"/>
      <w:jc w:val="center"/>
    </w:pPr>
    <w:r>
      <w:rPr>
        <w:i/>
        <w:color w:val="595959"/>
        <w:sz w:val="14"/>
      </w:rPr>
      <w:t xml:space="preserve">Fac-simile per la </w:t>
    </w:r>
    <w:proofErr w:type="spellStart"/>
    <w:r>
      <w:rPr>
        <w:i/>
        <w:color w:val="595959"/>
        <w:sz w:val="14"/>
      </w:rPr>
      <w:t>segnalazione</w:t>
    </w:r>
    <w:proofErr w:type="spellEnd"/>
    <w:r>
      <w:rPr>
        <w:i/>
        <w:color w:val="595959"/>
        <w:sz w:val="14"/>
      </w:rPr>
      <w:t xml:space="preserve"> di </w:t>
    </w:r>
    <w:proofErr w:type="spellStart"/>
    <w:r>
      <w:rPr>
        <w:i/>
        <w:color w:val="595959"/>
        <w:sz w:val="14"/>
      </w:rPr>
      <w:t>errori</w:t>
    </w:r>
    <w:proofErr w:type="spellEnd"/>
    <w:r>
      <w:rPr>
        <w:i/>
        <w:color w:val="595959"/>
        <w:sz w:val="14"/>
      </w:rPr>
      <w:t xml:space="preserve"> </w:t>
    </w:r>
    <w:proofErr w:type="spellStart"/>
    <w:r>
      <w:rPr>
        <w:i/>
        <w:color w:val="595959"/>
        <w:sz w:val="14"/>
      </w:rPr>
      <w:t>materiali</w:t>
    </w:r>
    <w:proofErr w:type="spellEnd"/>
    <w:r>
      <w:rPr>
        <w:i/>
        <w:color w:val="595959"/>
        <w:sz w:val="14"/>
      </w:rPr>
      <w:t xml:space="preserve"> </w:t>
    </w:r>
    <w:proofErr w:type="spellStart"/>
    <w:r>
      <w:rPr>
        <w:i/>
        <w:color w:val="595959"/>
        <w:sz w:val="14"/>
      </w:rPr>
      <w:t>nella</w:t>
    </w:r>
    <w:proofErr w:type="spellEnd"/>
    <w:r>
      <w:rPr>
        <w:i/>
        <w:color w:val="595959"/>
        <w:sz w:val="14"/>
      </w:rPr>
      <w:t xml:space="preserve"> </w:t>
    </w:r>
    <w:proofErr w:type="spellStart"/>
    <w:r>
      <w:rPr>
        <w:i/>
        <w:color w:val="595959"/>
        <w:sz w:val="14"/>
      </w:rPr>
      <w:t>graduatoria</w:t>
    </w:r>
    <w:proofErr w:type="spellEnd"/>
    <w:r>
      <w:rPr>
        <w:i/>
        <w:color w:val="595959"/>
        <w:sz w:val="14"/>
      </w:rPr>
      <w:t xml:space="preserve"> </w:t>
    </w:r>
    <w:proofErr w:type="spellStart"/>
    <w:r>
      <w:rPr>
        <w:i/>
        <w:color w:val="595959"/>
        <w:sz w:val="14"/>
      </w:rPr>
      <w:t>provvisoria</w:t>
    </w:r>
    <w:proofErr w:type="spellEnd"/>
    <w:r>
      <w:rPr>
        <w:i/>
        <w:color w:val="595959"/>
        <w:sz w:val="14"/>
      </w:rPr>
      <w:t xml:space="preserve"> ATA - A.S.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F6EC0" w14:textId="77777777" w:rsidR="00134B8B" w:rsidRDefault="00134B8B">
      <w:pPr>
        <w:spacing w:after="0"/>
      </w:pPr>
      <w:r>
        <w:separator/>
      </w:r>
    </w:p>
  </w:footnote>
  <w:footnote w:type="continuationSeparator" w:id="0">
    <w:p w14:paraId="2D7CBE10" w14:textId="77777777" w:rsidR="00134B8B" w:rsidRDefault="00134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954498">
    <w:abstractNumId w:val="8"/>
  </w:num>
  <w:num w:numId="2" w16cid:durableId="1368531075">
    <w:abstractNumId w:val="6"/>
  </w:num>
  <w:num w:numId="3" w16cid:durableId="1820687323">
    <w:abstractNumId w:val="5"/>
  </w:num>
  <w:num w:numId="4" w16cid:durableId="2091612520">
    <w:abstractNumId w:val="4"/>
  </w:num>
  <w:num w:numId="5" w16cid:durableId="495071967">
    <w:abstractNumId w:val="7"/>
  </w:num>
  <w:num w:numId="6" w16cid:durableId="964232848">
    <w:abstractNumId w:val="3"/>
  </w:num>
  <w:num w:numId="7" w16cid:durableId="727340044">
    <w:abstractNumId w:val="2"/>
  </w:num>
  <w:num w:numId="8" w16cid:durableId="1618488398">
    <w:abstractNumId w:val="1"/>
  </w:num>
  <w:num w:numId="9" w16cid:durableId="182925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E78"/>
    <w:rsid w:val="000A1E78"/>
    <w:rsid w:val="00134B8B"/>
    <w:rsid w:val="00141A21"/>
    <w:rsid w:val="002A06AA"/>
    <w:rsid w:val="00333F51"/>
    <w:rsid w:val="0046740E"/>
    <w:rsid w:val="005B6C74"/>
    <w:rsid w:val="006A164A"/>
    <w:rsid w:val="00981A97"/>
    <w:rsid w:val="00D064B6"/>
    <w:rsid w:val="00E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19478"/>
  <w14:defaultImageDpi w14:val="300"/>
  <w15:docId w15:val="{B1135915-375D-48BE-A860-4578B1F5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0" w:line="240" w:lineRule="auto"/>
    </w:pPr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</w:style>
  <w:style w:type="paragraph" w:styleId="Corpodeltesto2">
    <w:name w:val="Body Text 2"/>
    <w:basedOn w:val="Normale"/>
    <w:link w:val="Corpodeltesto2Carattere"/>
    <w:uiPriority w:val="99"/>
    <w:unhideWhenUsed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</w:style>
  <w:style w:type="paragraph" w:styleId="Corpodeltesto3">
    <w:name w:val="Body Text 3"/>
    <w:basedOn w:val="Normale"/>
    <w:link w:val="Corpodeltesto3Carattere"/>
    <w:uiPriority w:val="99"/>
    <w:unhideWhenUs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sz w:val="16"/>
      <w:szCs w:val="16"/>
    </w:rPr>
  </w:style>
  <w:style w:type="paragraph" w:styleId="Elenco">
    <w:name w:val="List"/>
    <w:basedOn w:val="Normale"/>
    <w:uiPriority w:val="99"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 Modugno Nicola</cp:lastModifiedBy>
  <cp:revision>8</cp:revision>
  <dcterms:created xsi:type="dcterms:W3CDTF">2026-07-10T09:19:00Z</dcterms:created>
  <dcterms:modified xsi:type="dcterms:W3CDTF">2026-07-10T09:37:00Z</dcterms:modified>
</cp:coreProperties>
</file>